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8E98" w14:textId="77777777" w:rsidR="00CD0C86" w:rsidRDefault="00C5417B">
      <w:pPr>
        <w:spacing w:before="240" w:after="360"/>
        <w:jc w:val="center"/>
      </w:pPr>
      <w:r>
        <w:rPr>
          <w:b/>
          <w:sz w:val="26"/>
        </w:rPr>
        <w:t>OBRAZAC</w:t>
      </w:r>
      <w:r>
        <w:rPr>
          <w:b/>
          <w:sz w:val="26"/>
        </w:rPr>
        <w:br/>
        <w:t>SUDJELOVANJA U SAVJETOVANJU S JAVNOŠĆU</w:t>
      </w:r>
      <w:r>
        <w:rPr>
          <w:b/>
          <w:sz w:val="26"/>
        </w:rPr>
        <w:br/>
      </w:r>
      <w:r>
        <w:rPr>
          <w:b/>
        </w:rPr>
        <w:t>o Nacrtu Pravilnika o provedbi postupaka jednostavne nabave</w:t>
      </w:r>
      <w:r>
        <w:rPr>
          <w:b/>
        </w:rPr>
        <w:br/>
        <w:t>Graditeljske škole Čakovec</w:t>
      </w:r>
    </w:p>
    <w:p w14:paraId="03465050" w14:textId="77777777" w:rsidR="00CD0C86" w:rsidRDefault="00C5417B">
      <w:pPr>
        <w:spacing w:before="240" w:after="120"/>
      </w:pPr>
      <w:r>
        <w:rPr>
          <w:b/>
        </w:rPr>
        <w:t>1. OPĆI PODACI O SAVJETOVANJU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CD0C86" w14:paraId="2E62B23B" w14:textId="77777777">
        <w:tc>
          <w:tcPr>
            <w:tcW w:w="3168" w:type="dxa"/>
            <w:shd w:val="clear" w:color="auto" w:fill="F2F2F2"/>
          </w:tcPr>
          <w:p w14:paraId="3B83C08A" w14:textId="77777777" w:rsidR="00CD0C86" w:rsidRDefault="00C5417B">
            <w:pPr>
              <w:spacing w:before="80" w:after="80"/>
            </w:pPr>
            <w:r>
              <w:rPr>
                <w:b/>
              </w:rPr>
              <w:t>Naziv nacrta akta:</w:t>
            </w:r>
          </w:p>
        </w:tc>
        <w:tc>
          <w:tcPr>
            <w:tcW w:w="6192" w:type="dxa"/>
          </w:tcPr>
          <w:p w14:paraId="487E3FCF" w14:textId="77777777" w:rsidR="00CD0C86" w:rsidRDefault="00C5417B">
            <w:pPr>
              <w:spacing w:before="80" w:after="80"/>
            </w:pPr>
            <w:r>
              <w:t xml:space="preserve">Pravilnik o provedbi postupaka jednostavne nabave </w:t>
            </w:r>
            <w:r>
              <w:t>Graditeljske škole Čakovec</w:t>
            </w:r>
          </w:p>
        </w:tc>
      </w:tr>
      <w:tr w:rsidR="00CD0C86" w14:paraId="140ABB04" w14:textId="77777777">
        <w:tc>
          <w:tcPr>
            <w:tcW w:w="3168" w:type="dxa"/>
            <w:shd w:val="clear" w:color="auto" w:fill="F2F2F2"/>
          </w:tcPr>
          <w:p w14:paraId="1B5C4698" w14:textId="77777777" w:rsidR="00CD0C86" w:rsidRDefault="00C5417B">
            <w:pPr>
              <w:spacing w:before="80" w:after="80"/>
            </w:pPr>
            <w:r>
              <w:rPr>
                <w:b/>
              </w:rPr>
              <w:t>Nositelj izrade akta:</w:t>
            </w:r>
          </w:p>
        </w:tc>
        <w:tc>
          <w:tcPr>
            <w:tcW w:w="6192" w:type="dxa"/>
          </w:tcPr>
          <w:p w14:paraId="3E0D01CC" w14:textId="77777777" w:rsidR="00CD0C86" w:rsidRDefault="00C5417B">
            <w:pPr>
              <w:spacing w:before="80" w:after="80"/>
            </w:pPr>
            <w:r>
              <w:t>Graditeljska škola Čakovec</w:t>
            </w:r>
          </w:p>
        </w:tc>
      </w:tr>
      <w:tr w:rsidR="00CD0C86" w14:paraId="4637BAB5" w14:textId="77777777">
        <w:tc>
          <w:tcPr>
            <w:tcW w:w="3168" w:type="dxa"/>
            <w:shd w:val="clear" w:color="auto" w:fill="F2F2F2"/>
          </w:tcPr>
          <w:p w14:paraId="7AB53C00" w14:textId="77777777" w:rsidR="00CD0C86" w:rsidRDefault="00C5417B">
            <w:pPr>
              <w:spacing w:before="80" w:after="80"/>
            </w:pPr>
            <w:r>
              <w:rPr>
                <w:b/>
              </w:rPr>
              <w:t>Razdoblje savjetovanja:</w:t>
            </w:r>
          </w:p>
        </w:tc>
        <w:tc>
          <w:tcPr>
            <w:tcW w:w="6192" w:type="dxa"/>
          </w:tcPr>
          <w:p w14:paraId="15CBCB02" w14:textId="77777777" w:rsidR="00CD0C86" w:rsidRDefault="00C5417B">
            <w:pPr>
              <w:spacing w:before="80" w:after="80"/>
            </w:pPr>
            <w:r>
              <w:t>20. srpnja 2026. – 19. kolovoza 2026.</w:t>
            </w:r>
          </w:p>
        </w:tc>
      </w:tr>
    </w:tbl>
    <w:p w14:paraId="63028752" w14:textId="77777777" w:rsidR="00CD0C86" w:rsidRDefault="00C5417B">
      <w:pPr>
        <w:spacing w:before="320" w:after="120"/>
      </w:pPr>
      <w:r>
        <w:rPr>
          <w:b/>
        </w:rPr>
        <w:t>2. PODACI O SUDIONIKU SAVJETOVANJA</w:t>
      </w:r>
    </w:p>
    <w:p w14:paraId="0EBE0BC0" w14:textId="77777777" w:rsidR="00C5417B" w:rsidRDefault="00C5417B">
      <w:pPr>
        <w:spacing w:after="240"/>
        <w:rPr>
          <w:color w:val="808080"/>
        </w:rPr>
      </w:pPr>
      <w:r>
        <w:t>Ime i prezime / naziv pravne osobe:</w:t>
      </w:r>
      <w:r>
        <w:br/>
      </w:r>
      <w:r>
        <w:rPr>
          <w:color w:val="808080"/>
        </w:rPr>
        <w:t>____________________________________________</w:t>
      </w:r>
      <w:r>
        <w:rPr>
          <w:color w:val="808080"/>
        </w:rPr>
        <w:t>________________________________</w:t>
      </w:r>
    </w:p>
    <w:p w14:paraId="730E3F42" w14:textId="6168DB9D" w:rsidR="00CD0C86" w:rsidRDefault="00C5417B">
      <w:pPr>
        <w:spacing w:after="240"/>
      </w:pPr>
      <w:r>
        <w:rPr>
          <w:color w:val="808080"/>
        </w:rPr>
        <w:t>____________________________________________________________________________</w:t>
      </w:r>
    </w:p>
    <w:p w14:paraId="2044A5DD" w14:textId="77777777" w:rsidR="00C5417B" w:rsidRDefault="00C5417B">
      <w:pPr>
        <w:spacing w:after="80"/>
        <w:rPr>
          <w:color w:val="808080"/>
        </w:rPr>
      </w:pPr>
      <w:r>
        <w:t>Kontakt (e-mail ili adresa):</w:t>
      </w:r>
      <w:r>
        <w:br/>
      </w:r>
      <w:r>
        <w:rPr>
          <w:color w:val="808080"/>
        </w:rPr>
        <w:t>____________________________________________________________________________</w:t>
      </w:r>
    </w:p>
    <w:p w14:paraId="049DCB74" w14:textId="42ADCAAA" w:rsidR="00CD0C86" w:rsidRDefault="00C5417B">
      <w:pPr>
        <w:spacing w:after="80"/>
      </w:pPr>
      <w:r>
        <w:rPr>
          <w:color w:val="808080"/>
        </w:rPr>
        <w:t>____________________________________________________________________________</w:t>
      </w:r>
    </w:p>
    <w:p w14:paraId="3492DA03" w14:textId="77777777" w:rsidR="00CD0C86" w:rsidRDefault="00C5417B">
      <w:pPr>
        <w:spacing w:after="240"/>
        <w:ind w:left="200"/>
      </w:pPr>
      <w:r>
        <w:rPr>
          <w:sz w:val="19"/>
        </w:rPr>
        <w:t>(</w:t>
      </w:r>
      <w:proofErr w:type="gramStart"/>
      <w:r>
        <w:rPr>
          <w:sz w:val="19"/>
        </w:rPr>
        <w:t>navedite</w:t>
      </w:r>
      <w:proofErr w:type="gramEnd"/>
      <w:r>
        <w:rPr>
          <w:sz w:val="19"/>
        </w:rPr>
        <w:t xml:space="preserve"> barem jedan kontakt podatak)</w:t>
      </w:r>
    </w:p>
    <w:p w14:paraId="00C279C3" w14:textId="77777777" w:rsidR="00CD0C86" w:rsidRDefault="00C5417B">
      <w:pPr>
        <w:spacing w:before="320" w:after="80"/>
      </w:pPr>
      <w:r>
        <w:rPr>
          <w:b/>
        </w:rPr>
        <w:t>3. NAČELNI KOMENTARI NA NACRT AKTA</w:t>
      </w:r>
    </w:p>
    <w:p w14:paraId="3FC5EB0E" w14:textId="77777777" w:rsidR="00CD0C86" w:rsidRDefault="00C5417B">
      <w:pPr>
        <w:spacing w:after="120"/>
      </w:pPr>
      <w:r>
        <w:rPr>
          <w:sz w:val="19"/>
        </w:rPr>
        <w:t>(opći prijedlozi i mišljenja ko</w:t>
      </w:r>
      <w:r>
        <w:rPr>
          <w:sz w:val="19"/>
        </w:rPr>
        <w:t>ja se odnose na nacrt u cjelini)</w:t>
      </w:r>
    </w:p>
    <w:p w14:paraId="26D7614A" w14:textId="3D3C33F6" w:rsidR="00CD0C86" w:rsidRDefault="00C5417B">
      <w:pPr>
        <w:spacing w:before="120" w:after="240" w:line="480" w:lineRule="auto"/>
        <w:rPr>
          <w:color w:val="808080"/>
        </w:rPr>
      </w:pPr>
      <w:r>
        <w:rPr>
          <w:color w:val="808080"/>
        </w:rPr>
        <w:t>________________________________________________________________________________________________________________________________________________________</w:t>
      </w:r>
      <w:r>
        <w:rPr>
          <w:color w:val="808080"/>
        </w:rPr>
        <w:br/>
      </w:r>
      <w:r>
        <w:rPr>
          <w:color w:val="808080"/>
        </w:rPr>
        <w:t>________________________________________________________________________________________________________________________________________________________</w:t>
      </w:r>
      <w:r>
        <w:rPr>
          <w:color w:val="808080"/>
        </w:rPr>
        <w:br/>
        <w:t>________________________________________________________________________________________________________________________________________________________</w:t>
      </w:r>
      <w:r>
        <w:rPr>
          <w:color w:val="808080"/>
        </w:rPr>
        <w:br/>
        <w:t>________________________________________________________________________</w:t>
      </w:r>
      <w:r>
        <w:rPr>
          <w:color w:val="808080"/>
        </w:rPr>
        <w:t>________________________________________________________________________________</w:t>
      </w:r>
    </w:p>
    <w:p w14:paraId="49A240D4" w14:textId="0FAF0AE5" w:rsidR="00C5417B" w:rsidRDefault="00C5417B">
      <w:pPr>
        <w:spacing w:before="120" w:after="240" w:line="480" w:lineRule="auto"/>
      </w:pPr>
      <w:r>
        <w:rPr>
          <w:color w:val="808080"/>
        </w:rPr>
        <w:t>____________________________________________________________________________</w:t>
      </w:r>
    </w:p>
    <w:p w14:paraId="2FBC13B9" w14:textId="77777777" w:rsidR="00CD0C86" w:rsidRDefault="00C5417B">
      <w:pPr>
        <w:spacing w:before="320" w:after="80"/>
      </w:pPr>
      <w:r>
        <w:rPr>
          <w:b/>
        </w:rPr>
        <w:lastRenderedPageBreak/>
        <w:t xml:space="preserve">4. PRIMJEDBE I PRIJEDLOZI NA POJEDINE ODREDBE </w:t>
      </w:r>
    </w:p>
    <w:p w14:paraId="5D4D70C1" w14:textId="77777777" w:rsidR="00CD0C86" w:rsidRDefault="00C5417B">
      <w:pPr>
        <w:spacing w:after="120"/>
      </w:pPr>
      <w:r>
        <w:rPr>
          <w:sz w:val="19"/>
        </w:rPr>
        <w:t>(po potrebi dodati retke)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1872"/>
        <w:gridCol w:w="2160"/>
        <w:gridCol w:w="2160"/>
        <w:gridCol w:w="2304"/>
      </w:tblGrid>
      <w:tr w:rsidR="00CD0C86" w14:paraId="1908F078" w14:textId="77777777">
        <w:tc>
          <w:tcPr>
            <w:tcW w:w="864" w:type="dxa"/>
            <w:shd w:val="clear" w:color="auto" w:fill="D9D9D9"/>
          </w:tcPr>
          <w:p w14:paraId="7EEB8010" w14:textId="77777777" w:rsidR="00CD0C86" w:rsidRDefault="00C5417B">
            <w:pPr>
              <w:spacing w:before="80" w:after="80" w:line="276" w:lineRule="auto"/>
              <w:jc w:val="center"/>
            </w:pPr>
            <w:r>
              <w:rPr>
                <w:b/>
                <w:sz w:val="20"/>
              </w:rPr>
              <w:t>Redni broj</w:t>
            </w:r>
          </w:p>
        </w:tc>
        <w:tc>
          <w:tcPr>
            <w:tcW w:w="1872" w:type="dxa"/>
            <w:shd w:val="clear" w:color="auto" w:fill="D9D9D9"/>
          </w:tcPr>
          <w:p w14:paraId="2B9CF1DB" w14:textId="77777777" w:rsidR="00CD0C86" w:rsidRDefault="00C5417B">
            <w:pPr>
              <w:spacing w:before="80" w:after="80" w:line="276" w:lineRule="auto"/>
              <w:jc w:val="center"/>
            </w:pPr>
            <w:r>
              <w:rPr>
                <w:b/>
                <w:sz w:val="20"/>
              </w:rPr>
              <w:t>Članak / dio nacrta</w:t>
            </w:r>
          </w:p>
        </w:tc>
        <w:tc>
          <w:tcPr>
            <w:tcW w:w="2160" w:type="dxa"/>
            <w:shd w:val="clear" w:color="auto" w:fill="D9D9D9"/>
          </w:tcPr>
          <w:p w14:paraId="3EF724C4" w14:textId="77777777" w:rsidR="00CD0C86" w:rsidRDefault="00C5417B">
            <w:pPr>
              <w:spacing w:before="80" w:after="80" w:line="276" w:lineRule="auto"/>
              <w:jc w:val="center"/>
            </w:pPr>
            <w:r>
              <w:rPr>
                <w:b/>
                <w:sz w:val="20"/>
              </w:rPr>
              <w:t>Komentar</w:t>
            </w:r>
          </w:p>
        </w:tc>
        <w:tc>
          <w:tcPr>
            <w:tcW w:w="2160" w:type="dxa"/>
            <w:shd w:val="clear" w:color="auto" w:fill="D9D9D9"/>
          </w:tcPr>
          <w:p w14:paraId="2A4A549D" w14:textId="77777777" w:rsidR="00CD0C86" w:rsidRDefault="00C5417B">
            <w:pPr>
              <w:spacing w:before="80" w:after="80" w:line="276" w:lineRule="auto"/>
              <w:jc w:val="center"/>
            </w:pPr>
            <w:r>
              <w:rPr>
                <w:b/>
                <w:sz w:val="20"/>
              </w:rPr>
              <w:t>Prijedlog izmjene</w:t>
            </w:r>
          </w:p>
        </w:tc>
        <w:tc>
          <w:tcPr>
            <w:tcW w:w="2304" w:type="dxa"/>
            <w:shd w:val="clear" w:color="auto" w:fill="D9D9D9"/>
          </w:tcPr>
          <w:p w14:paraId="009CC39C" w14:textId="77777777" w:rsidR="00CD0C86" w:rsidRDefault="00C5417B">
            <w:pPr>
              <w:spacing w:before="80" w:after="80" w:line="276" w:lineRule="auto"/>
              <w:jc w:val="center"/>
            </w:pPr>
            <w:r>
              <w:rPr>
                <w:b/>
                <w:sz w:val="20"/>
              </w:rPr>
              <w:t>Obrazloženje</w:t>
            </w:r>
          </w:p>
        </w:tc>
      </w:tr>
      <w:tr w:rsidR="00CD0C86" w14:paraId="22D48203" w14:textId="77777777">
        <w:tc>
          <w:tcPr>
            <w:tcW w:w="864" w:type="dxa"/>
          </w:tcPr>
          <w:p w14:paraId="06FDF94D" w14:textId="77777777" w:rsidR="00CD0C86" w:rsidRDefault="00C5417B">
            <w:pPr>
              <w:spacing w:before="120" w:after="120" w:line="276" w:lineRule="auto"/>
              <w:jc w:val="center"/>
            </w:pPr>
            <w:r>
              <w:t>1.</w:t>
            </w:r>
          </w:p>
        </w:tc>
        <w:tc>
          <w:tcPr>
            <w:tcW w:w="1872" w:type="dxa"/>
          </w:tcPr>
          <w:p w14:paraId="3E06FA7B" w14:textId="77777777" w:rsidR="00CD0C86" w:rsidRDefault="00CD0C86" w:rsidP="00C5417B">
            <w:pPr>
              <w:spacing w:before="120" w:after="120" w:line="276" w:lineRule="auto"/>
              <w:jc w:val="center"/>
            </w:pPr>
          </w:p>
          <w:p w14:paraId="5851A572" w14:textId="50CC05CA" w:rsidR="00C5417B" w:rsidRDefault="00C5417B" w:rsidP="00C5417B">
            <w:pPr>
              <w:spacing w:before="120" w:after="120" w:line="276" w:lineRule="auto"/>
              <w:jc w:val="center"/>
            </w:pPr>
          </w:p>
        </w:tc>
        <w:tc>
          <w:tcPr>
            <w:tcW w:w="2160" w:type="dxa"/>
          </w:tcPr>
          <w:p w14:paraId="4F44FDE3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160" w:type="dxa"/>
          </w:tcPr>
          <w:p w14:paraId="24CCCC2D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304" w:type="dxa"/>
          </w:tcPr>
          <w:p w14:paraId="5FC1A49A" w14:textId="77777777" w:rsidR="00CD0C86" w:rsidRDefault="00CD0C86">
            <w:pPr>
              <w:spacing w:before="120" w:after="120" w:line="276" w:lineRule="auto"/>
            </w:pPr>
          </w:p>
        </w:tc>
      </w:tr>
      <w:tr w:rsidR="00CD0C86" w14:paraId="46B80514" w14:textId="77777777">
        <w:tc>
          <w:tcPr>
            <w:tcW w:w="864" w:type="dxa"/>
          </w:tcPr>
          <w:p w14:paraId="4D8C6D4E" w14:textId="77777777" w:rsidR="00CD0C86" w:rsidRDefault="00C5417B">
            <w:pPr>
              <w:spacing w:before="120" w:after="120" w:line="276" w:lineRule="auto"/>
              <w:jc w:val="center"/>
            </w:pPr>
            <w:r>
              <w:t>2.</w:t>
            </w:r>
          </w:p>
        </w:tc>
        <w:tc>
          <w:tcPr>
            <w:tcW w:w="1872" w:type="dxa"/>
          </w:tcPr>
          <w:p w14:paraId="7B3A2CD7" w14:textId="77777777" w:rsidR="00CD0C86" w:rsidRDefault="00CD0C86">
            <w:pPr>
              <w:spacing w:before="120" w:after="120" w:line="276" w:lineRule="auto"/>
            </w:pPr>
          </w:p>
          <w:p w14:paraId="1F4A165D" w14:textId="2CC42131" w:rsidR="00C5417B" w:rsidRDefault="00C5417B">
            <w:pPr>
              <w:spacing w:before="120" w:after="120" w:line="276" w:lineRule="auto"/>
            </w:pPr>
          </w:p>
        </w:tc>
        <w:tc>
          <w:tcPr>
            <w:tcW w:w="2160" w:type="dxa"/>
          </w:tcPr>
          <w:p w14:paraId="7848BD22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160" w:type="dxa"/>
          </w:tcPr>
          <w:p w14:paraId="198CA8E8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304" w:type="dxa"/>
          </w:tcPr>
          <w:p w14:paraId="443880F5" w14:textId="77777777" w:rsidR="00CD0C86" w:rsidRDefault="00CD0C86">
            <w:pPr>
              <w:spacing w:before="120" w:after="120" w:line="276" w:lineRule="auto"/>
            </w:pPr>
          </w:p>
        </w:tc>
      </w:tr>
      <w:tr w:rsidR="00CD0C86" w14:paraId="05FA6098" w14:textId="77777777">
        <w:tc>
          <w:tcPr>
            <w:tcW w:w="864" w:type="dxa"/>
          </w:tcPr>
          <w:p w14:paraId="1CA7B472" w14:textId="77777777" w:rsidR="00CD0C86" w:rsidRDefault="00C5417B">
            <w:pPr>
              <w:spacing w:before="120" w:after="120" w:line="276" w:lineRule="auto"/>
              <w:jc w:val="center"/>
            </w:pPr>
            <w:r>
              <w:t>3.</w:t>
            </w:r>
          </w:p>
        </w:tc>
        <w:tc>
          <w:tcPr>
            <w:tcW w:w="1872" w:type="dxa"/>
          </w:tcPr>
          <w:p w14:paraId="34B4526A" w14:textId="77777777" w:rsidR="00CD0C86" w:rsidRDefault="00CD0C86">
            <w:pPr>
              <w:spacing w:before="120" w:after="120" w:line="276" w:lineRule="auto"/>
            </w:pPr>
          </w:p>
          <w:p w14:paraId="68C24DA2" w14:textId="01D71E5C" w:rsidR="00C5417B" w:rsidRDefault="00C5417B">
            <w:pPr>
              <w:spacing w:before="120" w:after="120" w:line="276" w:lineRule="auto"/>
            </w:pPr>
          </w:p>
        </w:tc>
        <w:tc>
          <w:tcPr>
            <w:tcW w:w="2160" w:type="dxa"/>
          </w:tcPr>
          <w:p w14:paraId="01291FFD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160" w:type="dxa"/>
          </w:tcPr>
          <w:p w14:paraId="21BCE21D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304" w:type="dxa"/>
          </w:tcPr>
          <w:p w14:paraId="663B24A9" w14:textId="77777777" w:rsidR="00CD0C86" w:rsidRDefault="00CD0C86">
            <w:pPr>
              <w:spacing w:before="120" w:after="120" w:line="276" w:lineRule="auto"/>
            </w:pPr>
          </w:p>
        </w:tc>
      </w:tr>
      <w:tr w:rsidR="00CD0C86" w14:paraId="5EF5767E" w14:textId="77777777">
        <w:tc>
          <w:tcPr>
            <w:tcW w:w="864" w:type="dxa"/>
          </w:tcPr>
          <w:p w14:paraId="7158664E" w14:textId="77777777" w:rsidR="00CD0C86" w:rsidRDefault="00C5417B">
            <w:pPr>
              <w:spacing w:before="120" w:after="120" w:line="276" w:lineRule="auto"/>
              <w:jc w:val="center"/>
            </w:pPr>
            <w:r>
              <w:t>4.</w:t>
            </w:r>
          </w:p>
        </w:tc>
        <w:tc>
          <w:tcPr>
            <w:tcW w:w="1872" w:type="dxa"/>
          </w:tcPr>
          <w:p w14:paraId="67911884" w14:textId="77777777" w:rsidR="00CD0C86" w:rsidRDefault="00CD0C86">
            <w:pPr>
              <w:spacing w:before="120" w:after="120" w:line="276" w:lineRule="auto"/>
            </w:pPr>
          </w:p>
          <w:p w14:paraId="6759BC4A" w14:textId="04CA7FAF" w:rsidR="00C5417B" w:rsidRDefault="00C5417B">
            <w:pPr>
              <w:spacing w:before="120" w:after="120" w:line="276" w:lineRule="auto"/>
            </w:pPr>
          </w:p>
        </w:tc>
        <w:tc>
          <w:tcPr>
            <w:tcW w:w="2160" w:type="dxa"/>
          </w:tcPr>
          <w:p w14:paraId="789949C2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160" w:type="dxa"/>
          </w:tcPr>
          <w:p w14:paraId="2BAF8061" w14:textId="77777777" w:rsidR="00CD0C86" w:rsidRDefault="00CD0C86">
            <w:pPr>
              <w:spacing w:before="120" w:after="120" w:line="276" w:lineRule="auto"/>
            </w:pPr>
          </w:p>
        </w:tc>
        <w:tc>
          <w:tcPr>
            <w:tcW w:w="2304" w:type="dxa"/>
          </w:tcPr>
          <w:p w14:paraId="06DCC81B" w14:textId="77777777" w:rsidR="00CD0C86" w:rsidRDefault="00CD0C86">
            <w:pPr>
              <w:spacing w:before="120" w:after="120" w:line="276" w:lineRule="auto"/>
            </w:pPr>
          </w:p>
        </w:tc>
      </w:tr>
      <w:tr w:rsidR="00C5417B" w14:paraId="70712F90" w14:textId="77777777">
        <w:tc>
          <w:tcPr>
            <w:tcW w:w="864" w:type="dxa"/>
          </w:tcPr>
          <w:p w14:paraId="19F5B809" w14:textId="01814CFB" w:rsidR="00C5417B" w:rsidRDefault="00C5417B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1872" w:type="dxa"/>
          </w:tcPr>
          <w:p w14:paraId="4C2FFE18" w14:textId="77777777" w:rsidR="00C5417B" w:rsidRDefault="00C5417B">
            <w:pPr>
              <w:spacing w:before="120" w:after="120"/>
            </w:pPr>
          </w:p>
          <w:p w14:paraId="02A1EC64" w14:textId="5872EE62" w:rsidR="00C5417B" w:rsidRDefault="00C5417B">
            <w:pPr>
              <w:spacing w:before="120" w:after="120"/>
            </w:pPr>
          </w:p>
        </w:tc>
        <w:tc>
          <w:tcPr>
            <w:tcW w:w="2160" w:type="dxa"/>
          </w:tcPr>
          <w:p w14:paraId="18F677DF" w14:textId="77777777" w:rsidR="00C5417B" w:rsidRDefault="00C5417B">
            <w:pPr>
              <w:spacing w:before="120" w:after="120"/>
            </w:pPr>
          </w:p>
        </w:tc>
        <w:tc>
          <w:tcPr>
            <w:tcW w:w="2160" w:type="dxa"/>
          </w:tcPr>
          <w:p w14:paraId="42615AB0" w14:textId="77777777" w:rsidR="00C5417B" w:rsidRDefault="00C5417B">
            <w:pPr>
              <w:spacing w:before="120" w:after="120"/>
            </w:pPr>
          </w:p>
        </w:tc>
        <w:tc>
          <w:tcPr>
            <w:tcW w:w="2304" w:type="dxa"/>
          </w:tcPr>
          <w:p w14:paraId="2BE0F704" w14:textId="77777777" w:rsidR="00C5417B" w:rsidRDefault="00C5417B">
            <w:pPr>
              <w:spacing w:before="120" w:after="120"/>
            </w:pPr>
          </w:p>
        </w:tc>
      </w:tr>
      <w:tr w:rsidR="00C5417B" w14:paraId="512C8139" w14:textId="77777777">
        <w:tc>
          <w:tcPr>
            <w:tcW w:w="864" w:type="dxa"/>
          </w:tcPr>
          <w:p w14:paraId="328ECA06" w14:textId="7588A28B" w:rsidR="00C5417B" w:rsidRDefault="00C5417B">
            <w:pPr>
              <w:spacing w:before="120" w:after="120"/>
              <w:jc w:val="center"/>
            </w:pPr>
            <w:r>
              <w:t>6.</w:t>
            </w:r>
          </w:p>
        </w:tc>
        <w:tc>
          <w:tcPr>
            <w:tcW w:w="1872" w:type="dxa"/>
          </w:tcPr>
          <w:p w14:paraId="02DECE5D" w14:textId="77777777" w:rsidR="00C5417B" w:rsidRDefault="00C5417B">
            <w:pPr>
              <w:spacing w:before="120" w:after="120"/>
            </w:pPr>
          </w:p>
          <w:p w14:paraId="2AE91E0D" w14:textId="15D0B5E5" w:rsidR="00C5417B" w:rsidRDefault="00C5417B">
            <w:pPr>
              <w:spacing w:before="120" w:after="120"/>
            </w:pPr>
          </w:p>
        </w:tc>
        <w:tc>
          <w:tcPr>
            <w:tcW w:w="2160" w:type="dxa"/>
          </w:tcPr>
          <w:p w14:paraId="4C329258" w14:textId="77777777" w:rsidR="00C5417B" w:rsidRDefault="00C5417B">
            <w:pPr>
              <w:spacing w:before="120" w:after="120"/>
            </w:pPr>
          </w:p>
        </w:tc>
        <w:tc>
          <w:tcPr>
            <w:tcW w:w="2160" w:type="dxa"/>
          </w:tcPr>
          <w:p w14:paraId="4B250798" w14:textId="77777777" w:rsidR="00C5417B" w:rsidRDefault="00C5417B">
            <w:pPr>
              <w:spacing w:before="120" w:after="120"/>
            </w:pPr>
          </w:p>
        </w:tc>
        <w:tc>
          <w:tcPr>
            <w:tcW w:w="2304" w:type="dxa"/>
          </w:tcPr>
          <w:p w14:paraId="66A132F3" w14:textId="77777777" w:rsidR="00C5417B" w:rsidRDefault="00C5417B">
            <w:pPr>
              <w:spacing w:before="120" w:after="120"/>
            </w:pPr>
          </w:p>
        </w:tc>
      </w:tr>
      <w:tr w:rsidR="00C5417B" w14:paraId="6C7774DD" w14:textId="77777777">
        <w:tc>
          <w:tcPr>
            <w:tcW w:w="864" w:type="dxa"/>
          </w:tcPr>
          <w:p w14:paraId="38EAAFDA" w14:textId="5829FA74" w:rsidR="00C5417B" w:rsidRDefault="00C5417B">
            <w:pPr>
              <w:spacing w:before="120" w:after="120"/>
              <w:jc w:val="center"/>
            </w:pPr>
            <w:r>
              <w:t>7.</w:t>
            </w:r>
          </w:p>
        </w:tc>
        <w:tc>
          <w:tcPr>
            <w:tcW w:w="1872" w:type="dxa"/>
          </w:tcPr>
          <w:p w14:paraId="30EF8B68" w14:textId="77777777" w:rsidR="00C5417B" w:rsidRDefault="00C5417B">
            <w:pPr>
              <w:spacing w:before="120" w:after="120"/>
            </w:pPr>
          </w:p>
          <w:p w14:paraId="1E691BDC" w14:textId="5D7A1E76" w:rsidR="00C5417B" w:rsidRDefault="00C5417B">
            <w:pPr>
              <w:spacing w:before="120" w:after="120"/>
            </w:pPr>
          </w:p>
        </w:tc>
        <w:tc>
          <w:tcPr>
            <w:tcW w:w="2160" w:type="dxa"/>
          </w:tcPr>
          <w:p w14:paraId="415E7C59" w14:textId="77777777" w:rsidR="00C5417B" w:rsidRDefault="00C5417B">
            <w:pPr>
              <w:spacing w:before="120" w:after="120"/>
            </w:pPr>
          </w:p>
        </w:tc>
        <w:tc>
          <w:tcPr>
            <w:tcW w:w="2160" w:type="dxa"/>
          </w:tcPr>
          <w:p w14:paraId="60D5295D" w14:textId="77777777" w:rsidR="00C5417B" w:rsidRDefault="00C5417B">
            <w:pPr>
              <w:spacing w:before="120" w:after="120"/>
            </w:pPr>
          </w:p>
        </w:tc>
        <w:tc>
          <w:tcPr>
            <w:tcW w:w="2304" w:type="dxa"/>
          </w:tcPr>
          <w:p w14:paraId="6CA0B61D" w14:textId="77777777" w:rsidR="00C5417B" w:rsidRDefault="00C5417B">
            <w:pPr>
              <w:spacing w:before="120" w:after="120"/>
            </w:pPr>
          </w:p>
        </w:tc>
      </w:tr>
    </w:tbl>
    <w:p w14:paraId="63371B55" w14:textId="77777777" w:rsidR="00C5417B" w:rsidRDefault="00C5417B">
      <w:pPr>
        <w:spacing w:before="320" w:after="360"/>
        <w:rPr>
          <w:b/>
        </w:rPr>
      </w:pPr>
    </w:p>
    <w:p w14:paraId="09CFB2F1" w14:textId="5588266E" w:rsidR="00CD0C86" w:rsidRDefault="00C5417B">
      <w:pPr>
        <w:spacing w:before="320" w:after="360"/>
      </w:pPr>
      <w:r>
        <w:rPr>
          <w:b/>
        </w:rPr>
        <w:t>5. DATUM DOSTAVE</w:t>
      </w:r>
      <w:r>
        <w:rPr>
          <w:b/>
        </w:rPr>
        <w:br/>
      </w:r>
      <w:r>
        <w:rPr>
          <w:b/>
        </w:rPr>
        <w:br/>
      </w:r>
      <w:r>
        <w:rPr>
          <w:color w:val="808080"/>
        </w:rPr>
        <w:t xml:space="preserve">Datum: </w:t>
      </w:r>
      <w:r>
        <w:rPr>
          <w:color w:val="808080"/>
        </w:rPr>
        <w:t>________________________________________</w:t>
      </w:r>
    </w:p>
    <w:p w14:paraId="00108200" w14:textId="77777777" w:rsidR="00CD0C86" w:rsidRDefault="00C5417B">
      <w:pPr>
        <w:spacing w:before="320" w:after="80"/>
      </w:pPr>
      <w:r>
        <w:rPr>
          <w:b/>
          <w:sz w:val="20"/>
        </w:rPr>
        <w:t>NAPOMENA:</w:t>
      </w:r>
    </w:p>
    <w:p w14:paraId="1457E131" w14:textId="77777777" w:rsidR="00CD0C86" w:rsidRDefault="00C5417B">
      <w:pPr>
        <w:pStyle w:val="Grafikeoznake"/>
        <w:spacing w:after="60"/>
      </w:pPr>
      <w:r>
        <w:rPr>
          <w:sz w:val="19"/>
        </w:rPr>
        <w:t>Prijedlozi i primjedbe zaprimljeni nakon isteka roka za savjetovanje neće se razmatrati.</w:t>
      </w:r>
    </w:p>
    <w:p w14:paraId="0A66C835" w14:textId="77777777" w:rsidR="00CD0C86" w:rsidRDefault="00C5417B">
      <w:pPr>
        <w:pStyle w:val="Grafikeoznake"/>
        <w:spacing w:after="60"/>
      </w:pPr>
      <w:r>
        <w:rPr>
          <w:sz w:val="19"/>
        </w:rPr>
        <w:t>Svi zaprimljeni prijedlozi i primjedbe bit će razmotreni te će o njima biti sastavljeno izvješće o provedenom savjet</w:t>
      </w:r>
      <w:r>
        <w:rPr>
          <w:sz w:val="19"/>
        </w:rPr>
        <w:t>ovanju, koje će se objaviti na mrežnoj stranici Škole.</w:t>
      </w:r>
    </w:p>
    <w:p w14:paraId="241B4B40" w14:textId="77777777" w:rsidR="00CD0C86" w:rsidRDefault="00C5417B">
      <w:pPr>
        <w:pStyle w:val="Grafikeoznake"/>
        <w:spacing w:after="60"/>
      </w:pPr>
      <w:r>
        <w:rPr>
          <w:sz w:val="19"/>
        </w:rPr>
        <w:t>Osobni podaci obrađuju se isključivo u svrhu provedbe savjetovanja s javnošću sukladno propisima o zaštiti osobnih podataka.</w:t>
      </w:r>
    </w:p>
    <w:p w14:paraId="4622AE29" w14:textId="77777777" w:rsidR="00CD0C86" w:rsidRDefault="00C5417B">
      <w:pPr>
        <w:spacing w:before="240" w:after="80"/>
      </w:pPr>
      <w:r>
        <w:rPr>
          <w:b/>
          <w:sz w:val="20"/>
        </w:rPr>
        <w:t>NAČIN DOSTAVE:</w:t>
      </w:r>
    </w:p>
    <w:p w14:paraId="3B802F57" w14:textId="677F0EBC" w:rsidR="00CD0C86" w:rsidRDefault="00C5417B">
      <w:pPr>
        <w:spacing w:after="240"/>
        <w:rPr>
          <w:b/>
          <w:sz w:val="20"/>
        </w:rPr>
      </w:pPr>
      <w:r>
        <w:rPr>
          <w:sz w:val="20"/>
        </w:rPr>
        <w:t>Popunjeni obrazac dostavlja se elektroničkom poštom na adresu</w:t>
      </w:r>
      <w:r>
        <w:rPr>
          <w:sz w:val="20"/>
        </w:rPr>
        <w:t xml:space="preserve">: </w:t>
      </w:r>
      <w:hyperlink r:id="rId6" w:history="1">
        <w:r w:rsidRPr="00B17B12">
          <w:rPr>
            <w:rStyle w:val="Hiperveza"/>
            <w:b/>
            <w:sz w:val="20"/>
          </w:rPr>
          <w:t>gsc@ss-graditeljska-ck.skole.hr</w:t>
        </w:r>
      </w:hyperlink>
    </w:p>
    <w:sectPr w:rsidR="00CD0C86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5417B"/>
    <w:rsid w:val="00CB0664"/>
    <w:rsid w:val="00CD0C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2F85B"/>
  <w14:defaultImageDpi w14:val="300"/>
  <w15:docId w15:val="{6A24DD9F-7338-4E6D-99A6-9E4FC2AF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C5417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54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sc@ss-graditeljska-ck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Marina Križarić</cp:lastModifiedBy>
  <cp:revision>2</cp:revision>
  <cp:lastPrinted>2026-07-20T09:16:00Z</cp:lastPrinted>
  <dcterms:created xsi:type="dcterms:W3CDTF">2026-07-20T09:20:00Z</dcterms:created>
  <dcterms:modified xsi:type="dcterms:W3CDTF">2026-07-20T09:20:00Z</dcterms:modified>
  <cp:category/>
</cp:coreProperties>
</file>